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השורש –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ולסווג פעלים לפי גזרות הנחים (ל"ה/י, פ"י/ו, ע"ו/י, פ"נ)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איתור אותיות שורש חלשות או נעלמות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את שיטת הבלש לזיהוי 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ע"ו/י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המאפיין המרכזי של הגזרה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לכן נקראת כך הגזרה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פ"י/ו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(ל"ה/י)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(פ"י/ו)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(ע"ו/י)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(פ"נ)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מזהה את שורש הפועל, מצביע על כך שהאות השלישית היא ה, ומסביר בקצרה את הכלל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פועל כמו נפל, נתן או נסע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האות ו (השורש הוא ק-ו-ם)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האות השלישית בשורש היא 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בצבעי הגזרות הקבועים (כחול, ירוק, כתום, סגול) כדי לחזק את הזיכרון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את שיטת הבלש לפני מילוי הדף, שלב אחר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כדאי לעודד תלמידים להצדיק בעל פה את הבחירה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השורש –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זיהוי גזרות הנחים – קבוצות של פעלים שבהם אחת מאותיות השורש היא י, ו או נ, ולכן היא עלולה להיעלם או להשתנות בנטייה. נשתמש בשיטת הבלש כדי לגלות את השורש האמיתי.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  ·  פ"י/ו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המילה "קנה" שייכת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המילה "ישב" שייכת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המילה "קם" שייכת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ע"ו/י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בגזרת ל"ה/י אות השורש השלישית היא בדרך כלל 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בגזרת ע"ו/י האות האמצעית בשורש היא חלשה ולעיתים נעלמת.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המילה "ראה" הוא ר-א-__________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גזרת __________ כוללת פעלים כמו ישב, ירד ויצא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ע"ו/י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ל"ה/י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פ"נ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פ"י/ו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פועל מגזרת ל"ה/י והסבירו איך זיהיתם את הגזרה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לפועל אחד מגזרת פ"נ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האות שחסרה בפועל "קם" מגזרת ע"ו/י?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השורש – גזרות הנחים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