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🔍 בלשי השורש – גזרות הנחים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בלשי השורש – גזרות הנחים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ולסווג פעלים לפי גזרות הנחים (ל"ה/י, פ"י/ו, ע"ו/י, פ"נ)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איתור אותיות שורש חלשות או נעלמות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ליישם את שיטת הבלש לזיהוי גזרה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זיהוי גזרה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ל"ה/י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פ"י/ו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ע"ו/י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פ"נ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פ"נ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כחול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זהו המאפיין המרכזי של הגזרה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האות הראשונה יכולה להיות גם י וגם 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לכן נקראת כך הגזרה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כמו בפעלים נפל ונתן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השורש הוא י-ל-ד, האות הראשונה היא 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פ"י/ו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פ"נ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שורש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מילה לגזרה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(ל"ה/י)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(פ"י/ו)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(ע"ו/י)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(פ"נ)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(ל"ה/י)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ועיון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מזהה את שורש הפועל, מצביע על כך שהאות השלישית היא ה, ומסביר בקצרה את הכלל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משפט תקין עם שני פעלים, וזיהוי נכון של הגזרה של כל אחד מהם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פועל כמו נפל, נתן או נסע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האות ו (השורש הוא ק-ו-ם)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האות השלישית בשורש היא 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להיעזר בצבעי הגזרות הקבועים (כחול, ירוק, כתום, סגול) כדי לחזק את הזיכרון החזותי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לתרגל בעל פה את שיטת הבלש לפני מילוי הדף, שלב אחר שלב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ההתאמה כדאי לעודד תלמידים להצדיק בעל פה את הבחירה שלהם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🔍 בלשי השורש – גזרות הנחים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בלשי השורש – גזרות הנחים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בעברית יש פעלים שבהם אות אחת בשורש היא חלשה ונעלמת לפעמים. בדף הזה נלמד לזהות באיזו קבוצה (גזרה) כל פועל נמצא.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שורש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שלוש האותיות שמהן בנויה המילה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גזרה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קבוצה של פעלים שיש להם תכונה דומה בשורש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ל"ה/י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גזרה שבה האות השלישית בשורש היא ה (ובמקור י)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פ"י/ו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גזרה שבה האות הראשונה בשורש היא י או 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ע"ו/י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גזרה שבה האות האמצעית בשורש היא ו או י, ולעיתים נעלמת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פ"נ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גזרה שבה האות הראשונה בשורש היא נ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שיטת הבלש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דרך שיטתית לגלות את שורש המילה ואת הגזרה שלה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זיהוי גזרה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לאיזו קבוצה שייכת המילה קנה?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ל"ה/י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פ"י/ו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ע"ו/י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פ"נ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לאיזו קבוצה שייכת המילה ישב?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ע"ו/י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פ"י/ו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ל"ה/י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פ"נ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לאיזו קבוצה שייכת המילה קם?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פ"נ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ל"ה/י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ע"ו/י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פ"י/ו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לאיזו קבוצה שייכת המילה נפל?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ל"ה/י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פ"נ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פ"י/ו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ע"ו/י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 xml:space="preserve">5. 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ע"ו/י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ל"ה/י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פ"נ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פ"י/ו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איזה צבע שייך לגזרת ל"ה/י?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כחול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ירוק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כתום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סגול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בגזרת ל"ה/י אות השורש השלישית היא בדרך כלל 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בגזרת פ"י/ו האות הראשונה בשורש היא תמיד דווקא 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בגזרת ע"ו/י האות האמצעית בשורש היא חלשה ולעיתים נעלמת.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גזרת פ"נ מקבלת את שמה מהאות הראשונה בשורש, שהיא נ.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"הוליד" שייכת לגזרת פ"י/ו.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השורש של המילה "ראה" הוא ר-א-__________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גזרת __________ כוללת פעלים כמו ישב, ירד ויצא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במילה "שר" (לשיר) חסרה אות השורש האמצעית, שהיא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גזרת __________ כוללת פעלים שהאות הראשונה בשורשם היא נ, כמו נתן ונסע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בשיטת הבלש, הכלי הראשון הוא זיהוי ה__________ של המילה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מילה לגזרה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בנה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פ"י/ו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ישב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פ"נ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שר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ל"ה/י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נפל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ע"ו/י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ראה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ל"ה/י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ועיון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פועל מגזרת ל"ה/י והסבירו איך זיהיתם את הגזרה שלו.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משפט קצר ובו שני פעלים משתי גזרות נחים שונות, וציינו ליד כל פועל את הגזרה שלו.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לפועל אחד מגזרת פ"נ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האות שחסרה בפועל "קם" מגזרת ע"ו/י?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המאפיין המשותף לכל הפעלים בגזרת ל"ה/י?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בלשי השורש – גזרות הנחים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