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ולסווג פעלים לפי גזרות הנחים (ל"ה/י, פ"י/ו, ע"ו/י, פ"נ)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איתור אותיות שורש חלשות או נעלמות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שיטת הבלש לזיהוי 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המאפיין המרכזי של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האות הראשונה יכולה להיות גם י וגם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לכן נקראת כך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כמו בפעלים נפל ונתן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השורש הוא י-ל-ד, האות הראשונה היא 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(ל"ה/י)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(פ"י/ו)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(פ"נ)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(ל"ה/י)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מזהה את שורש הפועל, מצביע על כך שהאות השלישית היא ה, ומסביר בקצרה את הכלל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עם שני פעלים, וזיהוי נכון של הגזרה של כל אחד מהם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פועל כמו נפל, נתן או נסע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האות ו (השורש הוא ק-ו-ם)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האות השלישית בשורש היא 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בצבעי הגזרות הקבועים (כחול, ירוק, כתום, סגול) כדי לחזק את הזיכרון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שיטת הבלש לפני מילוי הדף, שלב אחר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לעודד תלמידים להצדיק בעל פה את הבחירה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זיהוי גזרות הנחים – קבוצות של פעלים שבהם אחת מאותיות השורש היא י, ו או נ, ולכן היא עלולה להיעלם או להשתנות בנטייה. נשתמש בשיטת הבלש כדי לגלות את השורש האמיתי.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המילה "קנה" שייכת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"ישב" שייכת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"קם" שייכת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המילה "נפל" שייכת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גזרה האות הראשונה בשורש היא נ?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באתר, איזה צבע מסמן את גזרת ל"ה/י?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ל"ה/י אות השורש השלישית היא בדרך כלל 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פ"י/ו האות הראשונה בשורש היא תמיד דווקא 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ע"ו/י האות האמצעית בשורש היא חלשה ולעיתים נעלמת.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גזרת פ"נ מקבלת את שמה מהאות הראשונה בשורש, שהיא נ.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"הוליד" שייכת לגזרת פ"י/ו.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"ראה" הוא ר-א-__________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גזרת __________ כוללת פעלים כמו ישב, ירד ויצא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במילה "שר" (לשיר) חסרה אות השורש האמצעית, שהיא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גזרת __________ כוללת פעלים שהאות הראשונה בשורשם היא נ, כמו נתן ונסע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בשיטת הבלש, הכלי הראשון הוא זיהוי ה__________ של המילה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פ"י/ו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פ"נ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ל"ה/י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ל"ה/י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ע"ו/י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פועל מגזרת ל"ה/י והסבירו איך זיהיתם את הגזרה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ובו שני פעלים משתי גזרות נחים שונות, וציינו ליד כל פועל את הגזרה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לפועל אחד מגזרת פ"נ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האות שחסרה בפועל "קם" מגזרת ע"ו/י?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המאפיין המשותף לכל הפעלים בגזרת ל"ה/י?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השורש – גזרות הנחים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